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异议事项说明书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致：【受理单位全称】</w:t>
      </w:r>
    </w:p>
    <w:p>
      <w:pPr>
        <w:widowControl/>
        <w:spacing w:after="120"/>
      </w:pPr>
      <w:r>
        <w:rPr>
          <w:b w:val="0"/>
        </w:rPr>
        <w:t>姓名：【真实姓名】　　联系电话：【有效联系电话】</w:t>
      </w:r>
    </w:p>
    <w:p>
      <w:pPr>
        <w:widowControl/>
        <w:spacing w:after="120"/>
      </w:pPr>
      <w:r>
        <w:rPr>
          <w:b w:val="0"/>
        </w:rPr>
        <w:t>证件类型及号码：【按受理要求填写】</w:t>
      </w:r>
    </w:p>
    <w:p>
      <w:pPr>
        <w:widowControl/>
        <w:spacing w:after="120"/>
      </w:pPr>
      <w:r>
        <w:rPr>
          <w:b w:val="0"/>
        </w:rPr>
        <w:t>通讯地址及邮编：【可送达地址及邮编】</w:t>
      </w:r>
    </w:p>
    <w:p>
      <w:pPr>
        <w:widowControl/>
        <w:spacing w:after="120"/>
      </w:pPr>
      <w:r>
        <w:rPr>
          <w:b w:val="0"/>
        </w:rPr>
        <w:t>对应异议申请日期或编号：【日期／编号；尚未提交填拟一并提交】</w:t>
      </w:r>
    </w:p>
    <w:p>
      <w:pPr>
        <w:pStyle w:val="Heading2"/>
      </w:pPr>
      <w:r>
        <w:t>争议记录定位</w:t>
      </w:r>
    </w:p>
    <w:p>
      <w:pPr>
        <w:widowControl/>
        <w:spacing w:after="120"/>
      </w:pPr>
      <w:r>
        <w:rPr>
          <w:b w:val="0"/>
        </w:rPr>
        <w:t>报告出具日：【日期】；报告第【页】；信息提供机构：【全称】；业务及账户标识：【内容】；争议数据项及月份：【内容】。</w:t>
      </w:r>
    </w:p>
    <w:p>
      <w:pPr>
        <w:pStyle w:val="Heading2"/>
      </w:pPr>
      <w:r>
        <w:t>具体差异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3118"/>
        <w:gridCol w:w="3912"/>
      </w:tblGrid>
      <w:tr>
        <w:trPr>
          <w:tblHeader/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核对项目</w:t>
            </w:r>
          </w:p>
        </w:tc>
        <w:tc>
          <w:tcPr>
            <w:tcW w:type="dxa" w:w="311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报告记载</w:t>
            </w:r>
          </w:p>
        </w:tc>
        <w:tc>
          <w:tcPr>
            <w:tcW w:type="dxa" w:w="3912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本人主张及依据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【状态 金额 日期或其他字段】</w:t>
            </w:r>
          </w:p>
        </w:tc>
        <w:tc>
          <w:tcPr>
            <w:tcW w:type="dxa" w:w="311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【原文或数据】</w:t>
            </w:r>
          </w:p>
        </w:tc>
        <w:tc>
          <w:tcPr>
            <w:tcW w:type="dxa" w:w="3912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【主张及证据编号】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【其他争议字段】</w:t>
            </w:r>
          </w:p>
        </w:tc>
        <w:tc>
          <w:tcPr>
            <w:tcW w:type="dxa" w:w="311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【原文或数据】</w:t>
            </w:r>
          </w:p>
        </w:tc>
        <w:tc>
          <w:tcPr>
            <w:tcW w:type="dxa" w:w="3912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【主张及证据编号】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pStyle w:val="Heading2"/>
      </w:pPr>
      <w:r>
        <w:t>事实经过</w:t>
      </w:r>
    </w:p>
    <w:p>
      <w:pPr>
        <w:widowControl/>
        <w:spacing w:after="120"/>
      </w:pPr>
      <w:r>
        <w:rPr>
          <w:b w:val="0"/>
        </w:rPr>
        <w:t>本人于【日期】办理【业务】。按【合同或约定】应于【日期】完成【付款或其他事项】；实际于【日期】通过【渠道】完成【事项】，对应凭证为【证据编号】。</w:t>
      </w:r>
    </w:p>
    <w:p>
      <w:pPr>
        <w:widowControl/>
        <w:spacing w:after="120"/>
      </w:pPr>
      <w:r>
        <w:rPr>
          <w:b w:val="0"/>
        </w:rPr>
        <w:t>本人于【日期】发现上述记载，并于【日期】向【机构】核实。对方答复为【客观转述；无回复则写截至具体日期未收到何种回复】，对应记录为【证据编号】。</w:t>
      </w:r>
    </w:p>
    <w:p>
      <w:pPr>
        <w:widowControl/>
        <w:spacing w:after="40"/>
      </w:pPr>
      <w:r>
        <w:rPr>
          <w:b/>
        </w:rPr>
        <w:t>其他需要说明的事实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核查请求</w:t>
      </w:r>
    </w:p>
    <w:p>
      <w:pPr>
        <w:widowControl/>
        <w:spacing w:after="120"/>
      </w:pPr>
      <w:r>
        <w:rPr>
          <w:b w:val="0"/>
        </w:rPr>
        <w:t>请核对【具体字段】与【业务原始记录／款项入账记录／结清记录等】是否一致，说明产生差异的原因；如核实错误、遗漏，请据实更正。</w:t>
      </w:r>
    </w:p>
    <w:p>
      <w:pPr>
        <w:widowControl/>
        <w:spacing w:after="120"/>
      </w:pPr>
      <w:r>
        <w:rPr>
          <w:b w:val="0"/>
        </w:rPr>
        <w:t>附件：【证据目录及材料】。本人确认上述陈述和提交材料真实；尚未确定的情况已标注为待核实。</w:t>
      </w:r>
    </w:p>
    <w:p>
      <w:pPr>
        <w:widowControl/>
        <w:spacing w:after="100"/>
      </w:pPr>
      <w:r>
        <w:rPr>
          <w:b w:val="0"/>
        </w:rPr>
        <w:t>申请人签字：________________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异议事项说明书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