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人民银行征信投诉书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致：【有管辖权的人民银行分支机构全称】</w:t>
      </w:r>
    </w:p>
    <w:p>
      <w:pPr>
        <w:pStyle w:val="Heading2"/>
      </w:pPr>
      <w:r>
        <w:t>投诉人与被投诉人</w:t>
      </w:r>
    </w:p>
    <w:p>
      <w:pPr>
        <w:widowControl/>
        <w:spacing w:after="120"/>
      </w:pPr>
      <w:r>
        <w:rPr>
          <w:b w:val="0"/>
        </w:rPr>
        <w:t>姓名：【真实姓名】　　联系电话：【有效联系电话】</w:t>
      </w:r>
    </w:p>
    <w:p>
      <w:pPr>
        <w:widowControl/>
        <w:spacing w:after="120"/>
      </w:pPr>
      <w:r>
        <w:rPr>
          <w:b w:val="0"/>
        </w:rPr>
        <w:t>证件类型及号码：【按受理要求填写】</w:t>
      </w:r>
    </w:p>
    <w:p>
      <w:pPr>
        <w:widowControl/>
        <w:spacing w:after="120"/>
      </w:pPr>
      <w:r>
        <w:rPr>
          <w:b w:val="0"/>
        </w:rPr>
        <w:t>通讯地址及邮编：【可送达地址及邮编】</w:t>
      </w:r>
    </w:p>
    <w:p>
      <w:pPr>
        <w:widowControl/>
        <w:spacing w:after="120"/>
      </w:pPr>
      <w:r>
        <w:rPr>
          <w:b w:val="0"/>
        </w:rPr>
        <w:t>代理人及联系方式：【本人办理填无；委托办理另附授权书】</w:t>
      </w:r>
    </w:p>
    <w:p>
      <w:pPr>
        <w:widowControl/>
        <w:spacing w:after="120"/>
      </w:pPr>
      <w:r>
        <w:rPr>
          <w:b w:val="0"/>
        </w:rPr>
        <w:t>被投诉人：【机构准确全称】；所在地或地址：【已核实地址】。</w:t>
      </w:r>
    </w:p>
    <w:p>
      <w:pPr>
        <w:widowControl/>
        <w:spacing w:after="120"/>
      </w:pPr>
      <w:r>
        <w:rPr>
          <w:b w:val="0"/>
        </w:rPr>
        <w:t>涉及业务及报告记录：【业务、报告日期、账户标识、争议数据项或查询记录】。</w:t>
      </w:r>
    </w:p>
    <w:p>
      <w:pPr>
        <w:pStyle w:val="Heading2"/>
      </w:pPr>
      <w:r>
        <w:t>投诉事项与处理请求</w:t>
      </w:r>
    </w:p>
    <w:p>
      <w:pPr>
        <w:widowControl/>
        <w:spacing w:after="120"/>
      </w:pPr>
      <w:r>
        <w:rPr>
          <w:b w:val="0"/>
        </w:rPr>
        <w:t>本人认为被投诉人在【具体征信活动】中可能侵害本人【具体权益】，现依据《征信业管理条例》第二十六条及《征信投诉办理规程》提出投诉。</w:t>
      </w:r>
    </w:p>
    <w:p>
      <w:pPr>
        <w:widowControl/>
        <w:spacing w:after="120"/>
      </w:pPr>
      <w:r>
        <w:rPr>
          <w:b w:val="0"/>
        </w:rPr>
        <w:t>1. 请求核查【某项具体事实，如某次查询的书面授权及用途、某次报送信息的准确性、某次异议处理情况】。</w:t>
      </w:r>
    </w:p>
    <w:p>
      <w:pPr>
        <w:widowControl/>
        <w:spacing w:after="120"/>
      </w:pPr>
      <w:r>
        <w:rPr>
          <w:b w:val="0"/>
        </w:rPr>
        <w:t>2. 对经核查确认存在的违法违规或信息错误问题，请在贵单位职责范围内依法处理，并督促有关主体依法履行相应义务。</w:t>
      </w:r>
    </w:p>
    <w:p>
      <w:pPr>
        <w:widowControl/>
        <w:spacing w:after="120"/>
      </w:pPr>
      <w:r>
        <w:rPr>
          <w:b w:val="0"/>
        </w:rPr>
        <w:t>3. 请将对上述投诉事项的核查和处理结果依法书面答复本人。</w:t>
      </w:r>
    </w:p>
    <w:p>
      <w:pPr>
        <w:widowControl/>
        <w:spacing w:after="40"/>
      </w:pPr>
      <w:r>
        <w:rPr>
          <w:b/>
        </w:rPr>
        <w:t>其他具有事实和依据的具体请求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事实经过</w:t>
      </w:r>
    </w:p>
    <w:p>
      <w:pPr>
        <w:widowControl/>
        <w:spacing w:after="120"/>
      </w:pPr>
      <w:r>
        <w:rPr>
          <w:b w:val="0"/>
        </w:rPr>
        <w:t>【日期】本人办理【业务或事件】，相关约定和履行情况为【客观事实】，证据为【E01等编号】。</w:t>
      </w:r>
    </w:p>
    <w:p>
      <w:pPr>
        <w:widowControl/>
        <w:spacing w:after="120"/>
      </w:pPr>
      <w:r>
        <w:rPr>
          <w:b w:val="0"/>
        </w:rPr>
        <w:t>【日期】本人取得【报告或相关通知】，发现【具体记录或行为】，与【既有事实或资料】存在【具体疑点】，证据为【编号】。</w:t>
      </w:r>
    </w:p>
    <w:p>
      <w:pPr>
        <w:widowControl/>
        <w:spacing w:after="120"/>
      </w:pPr>
      <w:r>
        <w:rPr>
          <w:b w:val="0"/>
        </w:rPr>
        <w:t>【日期】本人向【机构】提出【异议或咨询／没有则如实说明】，提交内容为【事项】，接收凭证为【编号】。后续答复及尚存疑点详见下一页。</w:t>
      </w:r>
    </w:p>
    <w:p>
      <w:pPr>
        <w:pStyle w:val="Title"/>
        <w:pageBreakBefore/>
      </w:pPr>
      <w:r>
        <w:t>人民银行征信投诉书续页</w:t>
      </w:r>
    </w:p>
    <w:p>
      <w:pPr>
        <w:widowControl/>
        <w:spacing w:after="160"/>
      </w:pPr>
      <w:r>
        <w:rPr>
          <w:sz w:val="18"/>
        </w:rPr>
        <w:t>续页　请与前页一并使用</w:t>
      </w:r>
    </w:p>
    <w:p>
      <w:pPr>
        <w:widowControl/>
        <w:spacing w:after="120"/>
      </w:pPr>
      <w:r>
        <w:rPr>
          <w:b w:val="0"/>
        </w:rPr>
        <w:t>投诉人：【姓名】　被投诉人：【机构全称】　对应申请单：【日期或编号】</w:t>
      </w:r>
    </w:p>
    <w:p>
      <w:pPr>
        <w:pStyle w:val="Heading2"/>
      </w:pPr>
      <w:r>
        <w:t>既有处理情况与仍需核查的问题</w:t>
      </w:r>
    </w:p>
    <w:p>
      <w:pPr>
        <w:widowControl/>
        <w:spacing w:after="120"/>
      </w:pPr>
      <w:r>
        <w:rPr>
          <w:b w:val="0"/>
        </w:rPr>
        <w:t>【日期】收到【机构】通过【方式】作出的答复，主要内容为【客观摘录或概括】。</w:t>
      </w:r>
    </w:p>
    <w:p>
      <w:pPr>
        <w:widowControl/>
        <w:spacing w:after="120"/>
      </w:pPr>
      <w:r>
        <w:rPr>
          <w:b w:val="0"/>
        </w:rPr>
        <w:t>本人仍有以下具体疑问：【逐项写明哪些数据、依据或处理事项尚未说明，避免只写对结果不满意】。</w:t>
      </w:r>
    </w:p>
    <w:p>
      <w:pPr>
        <w:widowControl/>
        <w:spacing w:after="40"/>
      </w:pPr>
      <w:r>
        <w:rPr>
          <w:b/>
        </w:rPr>
        <w:t>具体疑问及相应证据或线索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widowControl/>
        <w:spacing w:after="80"/>
      </w:pPr>
      <w:r>
        <w:rPr>
          <w:b w:val="0"/>
          <w:sz w:val="20"/>
        </w:rPr>
        <w:t>________________________________________________________________</w:t>
      </w:r>
    </w:p>
    <w:p>
      <w:pPr>
        <w:pStyle w:val="Heading2"/>
      </w:pPr>
      <w:r>
        <w:t>事实与权益的对应说明</w:t>
      </w:r>
    </w:p>
    <w:p>
      <w:pPr>
        <w:widowControl/>
        <w:spacing w:after="120"/>
      </w:pPr>
      <w:r>
        <w:rPr>
          <w:b w:val="0"/>
        </w:rPr>
        <w:t>投诉事项一：【事实或线索】对应【具体征信权益】，依据为【确有适用依据时填写条款；不能确定则写请求依法核查】，证据为【编号】。</w:t>
      </w:r>
    </w:p>
    <w:p>
      <w:pPr>
        <w:widowControl/>
        <w:spacing w:after="120"/>
      </w:pPr>
      <w:r>
        <w:rPr>
          <w:b w:val="0"/>
        </w:rPr>
        <w:t>投诉事项二：【如无则删除】。</w:t>
      </w:r>
    </w:p>
    <w:p>
      <w:pPr>
        <w:pStyle w:val="Heading2"/>
      </w:pPr>
      <w:r>
        <w:t>相关程序情况</w:t>
      </w:r>
    </w:p>
    <w:p>
      <w:pPr>
        <w:widowControl/>
        <w:spacing w:after="120"/>
      </w:pPr>
      <w:r>
        <w:rPr>
          <w:b w:val="0"/>
        </w:rPr>
        <w:t>就本次事项已向【机构】提交【异议／投诉／诉讼／仲裁等】，日期、编号及当前状态为【内容；没有填无】。已取得的处理文书为【名称及证据编号】。</w:t>
      </w:r>
    </w:p>
    <w:p>
      <w:pPr>
        <w:pStyle w:val="Heading2"/>
      </w:pPr>
      <w:r>
        <w:t>附件与送达</w:t>
      </w:r>
    </w:p>
    <w:p>
      <w:pPr>
        <w:widowControl/>
        <w:spacing w:after="120"/>
      </w:pPr>
      <w:r>
        <w:rPr>
          <w:b w:val="0"/>
        </w:rPr>
        <w:t>附件：1. 征信投诉申请单；2. 身份证明材料；3. 本投诉书；4. 证据目录及证据；5. 代理人身份证明及授权委托书原件（委托办理时）。</w:t>
      </w:r>
    </w:p>
    <w:p>
      <w:pPr>
        <w:widowControl/>
        <w:spacing w:after="120"/>
      </w:pPr>
      <w:r>
        <w:rPr>
          <w:b w:val="0"/>
        </w:rPr>
        <w:t>送达地址及邮编：【内容】；联系电话：【号码】。联系信息变更时，本人将及时告知受理单位。</w:t>
      </w:r>
    </w:p>
    <w:p>
      <w:pPr>
        <w:widowControl/>
        <w:spacing w:after="120"/>
      </w:pPr>
      <w:r>
        <w:rPr>
          <w:b w:val="0"/>
        </w:rPr>
        <w:t>本人确认本投诉系本人真实意思表示，陈述及材料真实，待核实事项已经明确注明；本投诉书与征信投诉申请单中的事项和请求一致。</w:t>
      </w:r>
    </w:p>
    <w:p>
      <w:pPr>
        <w:widowControl/>
        <w:spacing w:after="100"/>
      </w:pPr>
      <w:r>
        <w:rPr>
          <w:b w:val="0"/>
        </w:rPr>
        <w:t>投诉人签字：________________　　日期：______年____月____日</w:t>
      </w:r>
    </w:p>
    <w:p>
      <w:pPr>
        <w:widowControl/>
        <w:spacing w:after="120"/>
      </w:pPr>
      <w:r>
        <w:rPr>
          <w:b w:val="0"/>
        </w:rPr>
        <w:t>代理人签字：【无代理留空】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人民银行征信投诉书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