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金融机构内部投诉书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致：【金融机构全称及其投诉处理部门】</w:t>
      </w:r>
    </w:p>
    <w:p>
      <w:pPr>
        <w:widowControl/>
        <w:spacing w:after="120"/>
      </w:pPr>
      <w:r>
        <w:rPr>
          <w:b w:val="0"/>
        </w:rPr>
        <w:t>姓名：【真实姓名】　　联系电话：【有效联系电话】</w:t>
      </w:r>
    </w:p>
    <w:p>
      <w:pPr>
        <w:widowControl/>
        <w:spacing w:after="120"/>
      </w:pPr>
      <w:r>
        <w:rPr>
          <w:b w:val="0"/>
        </w:rPr>
        <w:t>证件类型及号码：【按受理要求填写】</w:t>
      </w:r>
    </w:p>
    <w:p>
      <w:pPr>
        <w:widowControl/>
        <w:spacing w:after="120"/>
      </w:pPr>
      <w:r>
        <w:rPr>
          <w:b w:val="0"/>
        </w:rPr>
        <w:t>通讯地址及邮编：【可送达地址及邮编】</w:t>
      </w:r>
    </w:p>
    <w:p>
      <w:pPr>
        <w:widowControl/>
        <w:spacing w:after="120"/>
      </w:pPr>
      <w:r>
        <w:rPr>
          <w:b w:val="0"/>
        </w:rPr>
        <w:t>代理人及联系方式：【本人办理填无；委托办理另附授权书】</w:t>
      </w:r>
    </w:p>
    <w:p>
      <w:pPr>
        <w:widowControl/>
        <w:spacing w:after="120"/>
      </w:pPr>
      <w:r>
        <w:rPr>
          <w:b w:val="0"/>
        </w:rPr>
        <w:t>涉及业务、合同及账户标识：【内容】</w:t>
      </w:r>
    </w:p>
    <w:p>
      <w:pPr>
        <w:pStyle w:val="Heading2"/>
      </w:pPr>
      <w:r>
        <w:t>投诉事项与请求</w:t>
      </w:r>
    </w:p>
    <w:p>
      <w:pPr>
        <w:widowControl/>
        <w:spacing w:after="120"/>
      </w:pPr>
      <w:r>
        <w:rPr>
          <w:b w:val="0"/>
        </w:rPr>
        <w:t>本人就贵机构提供的【产品或服务】提出以下投诉，请核查并回复：</w:t>
      </w:r>
    </w:p>
    <w:p>
      <w:pPr>
        <w:widowControl/>
        <w:spacing w:after="120"/>
      </w:pPr>
      <w:r>
        <w:rPr>
          <w:b w:val="0"/>
        </w:rPr>
        <w:t>1. 核查【具体服务、收费、信息报送或投诉处理争议】的事实及依据。</w:t>
      </w:r>
    </w:p>
    <w:p>
      <w:pPr>
        <w:widowControl/>
        <w:spacing w:after="120"/>
      </w:pPr>
      <w:r>
        <w:rPr>
          <w:b w:val="0"/>
        </w:rPr>
        <w:t>2. 对确认存在的问题，请依约依法采取【可执行的具体措施】。</w:t>
      </w:r>
    </w:p>
    <w:p>
      <w:pPr>
        <w:widowControl/>
        <w:spacing w:after="120"/>
      </w:pPr>
      <w:r>
        <w:rPr>
          <w:b w:val="0"/>
        </w:rPr>
        <w:t>3. 请说明核实情况、处理依据和结果，并告知后续可采取的处理途径。</w:t>
      </w:r>
    </w:p>
    <w:p>
      <w:pPr>
        <w:pStyle w:val="Heading2"/>
      </w:pPr>
      <w:r>
        <w:t>主要事实</w:t>
      </w:r>
    </w:p>
    <w:p>
      <w:pPr>
        <w:widowControl/>
        <w:spacing w:after="120"/>
      </w:pPr>
      <w:r>
        <w:rPr>
          <w:b w:val="0"/>
        </w:rPr>
        <w:t>本人于【日期】办理【业务】，合同相关约定为【内容及条款位置】。其后于【日期】发生【事件】，有关凭证为【编号】。</w:t>
      </w:r>
    </w:p>
    <w:p>
      <w:pPr>
        <w:widowControl/>
        <w:spacing w:after="120"/>
      </w:pPr>
      <w:r>
        <w:rPr>
          <w:b w:val="0"/>
        </w:rPr>
        <w:t>本人认为存在的具体问题为【事实及差异】，已于【日期、渠道】反馈，工单号为【号码】。目前处理情况为【客观说明】。</w:t>
      </w:r>
    </w:p>
    <w:p>
      <w:pPr>
        <w:widowControl/>
        <w:spacing w:after="40"/>
      </w:pPr>
      <w:r>
        <w:rPr>
          <w:b/>
        </w:rPr>
        <w:t>补充事实及希望机构核对的材料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证据与沟通</w:t>
      </w:r>
    </w:p>
    <w:p>
      <w:pPr>
        <w:widowControl/>
        <w:spacing w:after="120"/>
      </w:pPr>
      <w:r>
        <w:rPr>
          <w:b w:val="0"/>
        </w:rPr>
        <w:t>附件：【合同有关页、业务凭证、争议报告页、沟通记录等，按证据编号列明】。</w:t>
      </w:r>
    </w:p>
    <w:p>
      <w:pPr>
        <w:widowControl/>
        <w:spacing w:after="120"/>
      </w:pPr>
      <w:r>
        <w:rPr>
          <w:b w:val="0"/>
        </w:rPr>
        <w:t>请通过【受理渠道支持的联系方式】联系本人，书面回复寄送至【地址】。</w:t>
      </w:r>
    </w:p>
    <w:p>
      <w:pPr>
        <w:widowControl/>
        <w:spacing w:after="120"/>
      </w:pPr>
      <w:r>
        <w:rPr>
          <w:b w:val="0"/>
        </w:rPr>
        <w:t>本人确认投诉材料真实，授权代理关系（如有）已如实披露。</w:t>
      </w:r>
    </w:p>
    <w:p>
      <w:pPr>
        <w:widowControl/>
        <w:spacing w:after="100"/>
      </w:pPr>
      <w:r>
        <w:rPr>
          <w:b w:val="0"/>
        </w:rPr>
        <w:t>投诉人签字：________________　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金融机构内部投诉书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