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金融监管局金融消费投诉书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致：【有管辖权的金融监管局或监管分局全称】</w:t>
      </w:r>
    </w:p>
    <w:p>
      <w:pPr>
        <w:pStyle w:val="Heading2"/>
      </w:pPr>
      <w:r>
        <w:t>投诉人与被投诉机构</w:t>
      </w:r>
    </w:p>
    <w:p>
      <w:pPr>
        <w:widowControl/>
        <w:spacing w:after="120"/>
      </w:pPr>
      <w:r>
        <w:rPr>
          <w:b w:val="0"/>
        </w:rPr>
        <w:t>姓名：【真实姓名】　　联系电话：【有效联系电话】</w:t>
      </w:r>
    </w:p>
    <w:p>
      <w:pPr>
        <w:widowControl/>
        <w:spacing w:after="120"/>
      </w:pPr>
      <w:r>
        <w:rPr>
          <w:b w:val="0"/>
        </w:rPr>
        <w:t>证件类型及号码：【按受理要求填写】</w:t>
      </w:r>
    </w:p>
    <w:p>
      <w:pPr>
        <w:widowControl/>
        <w:spacing w:after="120"/>
      </w:pPr>
      <w:r>
        <w:rPr>
          <w:b w:val="0"/>
        </w:rPr>
        <w:t>通讯地址及邮编：【可送达地址及邮编】</w:t>
      </w:r>
    </w:p>
    <w:p>
      <w:pPr>
        <w:widowControl/>
        <w:spacing w:after="120"/>
      </w:pPr>
      <w:r>
        <w:rPr>
          <w:b w:val="0"/>
        </w:rPr>
        <w:t>代理人及联系方式：【本人办理填无；委托办理另附授权书】</w:t>
      </w:r>
    </w:p>
    <w:p>
      <w:pPr>
        <w:widowControl/>
        <w:spacing w:after="120"/>
      </w:pPr>
      <w:r>
        <w:rPr>
          <w:b w:val="0"/>
        </w:rPr>
        <w:t>被投诉机构：【机构准确全称及涉事分支机构】</w:t>
      </w:r>
    </w:p>
    <w:p>
      <w:pPr>
        <w:widowControl/>
        <w:spacing w:after="120"/>
      </w:pPr>
      <w:r>
        <w:rPr>
          <w:b w:val="0"/>
        </w:rPr>
        <w:t>机构所在地：【地址】；产品或业务：【名称】；合同或账户标识：【内容】。</w:t>
      </w:r>
    </w:p>
    <w:p>
      <w:pPr>
        <w:pStyle w:val="Heading2"/>
      </w:pPr>
      <w:r>
        <w:t>投诉事项与请求</w:t>
      </w:r>
    </w:p>
    <w:p>
      <w:pPr>
        <w:widowControl/>
        <w:spacing w:after="120"/>
      </w:pPr>
      <w:r>
        <w:rPr>
          <w:b w:val="0"/>
        </w:rPr>
        <w:t>本人在接受被投诉机构提供的【产品或服务】过程中，就【具体消费争议】与该机构发生争议，现向贵单位反映并请求依法处理。</w:t>
      </w:r>
    </w:p>
    <w:p>
      <w:pPr>
        <w:widowControl/>
        <w:spacing w:after="120"/>
      </w:pPr>
      <w:r>
        <w:rPr>
          <w:b w:val="0"/>
        </w:rPr>
        <w:t>1. 请依职责接收、转送或处理本投诉，督促被投诉机构核查【具体服务或投诉处理问题】并作出有依据的答复。</w:t>
      </w:r>
    </w:p>
    <w:p>
      <w:pPr>
        <w:widowControl/>
        <w:spacing w:after="120"/>
      </w:pPr>
      <w:r>
        <w:rPr>
          <w:b w:val="0"/>
        </w:rPr>
        <w:t>2. 请督促该机构就【具体事项】核对业务及投诉记录，对查实的问题依约依法提出处理方案。</w:t>
      </w:r>
    </w:p>
    <w:p>
      <w:pPr>
        <w:widowControl/>
        <w:spacing w:after="120"/>
      </w:pPr>
      <w:r>
        <w:rPr>
          <w:b w:val="0"/>
        </w:rPr>
        <w:t>3. 请告知本投诉的办理情况及后续处理渠道。涉及监管职责范围内的问题，请依法处理。</w:t>
      </w:r>
    </w:p>
    <w:p>
      <w:pPr>
        <w:widowControl/>
        <w:spacing w:after="40"/>
      </w:pPr>
      <w:r>
        <w:rPr>
          <w:b/>
        </w:rPr>
        <w:t>本人向被投诉机构提出的具体解决诉求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争议事实概述</w:t>
      </w:r>
    </w:p>
    <w:p>
      <w:pPr>
        <w:widowControl/>
        <w:spacing w:after="120"/>
      </w:pPr>
      <w:r>
        <w:rPr>
          <w:b w:val="0"/>
        </w:rPr>
        <w:t>【日期】本人通过【渠道】与被投诉机构办理【业务】，相关合同或约定为【内容】。</w:t>
      </w:r>
    </w:p>
    <w:p>
      <w:pPr>
        <w:widowControl/>
        <w:spacing w:after="120"/>
      </w:pPr>
      <w:r>
        <w:rPr>
          <w:b w:val="0"/>
        </w:rPr>
        <w:t>【日期】发生【具体事件】。本人认为【机构的具体行为】与【合同约定、业务记录或已承诺的处理内容】存在【差异】，证据为【编号】。</w:t>
      </w:r>
    </w:p>
    <w:p>
      <w:pPr>
        <w:widowControl/>
        <w:spacing w:after="120"/>
      </w:pPr>
      <w:r>
        <w:rPr>
          <w:b w:val="0"/>
        </w:rPr>
        <w:t>本人因此面临的实际问题为【客观影响及相应材料；未发生的损失不填为既成事实】。与该机构的沟通经过和证据详见续页。</w:t>
      </w:r>
    </w:p>
    <w:p>
      <w:pPr>
        <w:pStyle w:val="Title"/>
        <w:pageBreakBefore/>
      </w:pPr>
      <w:r>
        <w:t>金融监管局金融消费投诉书续页</w:t>
      </w:r>
    </w:p>
    <w:p>
      <w:pPr>
        <w:widowControl/>
        <w:spacing w:after="160"/>
      </w:pPr>
      <w:r>
        <w:rPr>
          <w:sz w:val="18"/>
        </w:rPr>
        <w:t>续页　请与前页一并使用</w:t>
      </w:r>
    </w:p>
    <w:p>
      <w:pPr>
        <w:widowControl/>
        <w:spacing w:after="120"/>
      </w:pPr>
      <w:r>
        <w:rPr>
          <w:b w:val="0"/>
        </w:rPr>
        <w:t>投诉人：【姓名】　被投诉机构：【全称】　投诉日期：【日期】</w:t>
      </w:r>
    </w:p>
    <w:p>
      <w:pPr>
        <w:pStyle w:val="Heading2"/>
      </w:pPr>
      <w:r>
        <w:t>向金融机构反映与处理的情况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98"/>
        <w:gridCol w:w="5499"/>
        <w:gridCol w:w="1814"/>
      </w:tblGrid>
      <w:tr>
        <w:trPr>
          <w:tblHeader/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日期及渠道</w:t>
            </w:r>
          </w:p>
        </w:tc>
        <w:tc>
          <w:tcPr>
            <w:tcW w:type="dxa" w:w="549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反映内容或机构回复</w:t>
            </w:r>
          </w:p>
        </w:tc>
        <w:tc>
          <w:tcPr>
            <w:tcW w:type="dxa" w:w="181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AEAEA"/>
          </w:tcPr>
          <w:p>
            <w:pPr>
              <w:spacing w:after="0" w:line="288" w:lineRule="auto"/>
            </w:pPr>
            <w:r>
              <w:rPr>
                <w:b/>
                <w:sz w:val="20"/>
              </w:rPr>
              <w:t>凭证或工单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【日期及渠道】</w:t>
            </w:r>
          </w:p>
        </w:tc>
        <w:tc>
          <w:tcPr>
            <w:tcW w:type="dxa" w:w="549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【首次反映的具体问题】</w:t>
            </w:r>
          </w:p>
        </w:tc>
        <w:tc>
          <w:tcPr>
            <w:tcW w:type="dxa" w:w="181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【编号】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【日期及渠道】</w:t>
            </w:r>
          </w:p>
        </w:tc>
        <w:tc>
          <w:tcPr>
            <w:tcW w:type="dxa" w:w="549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【机构处理意见或截至何日未收到何种回复】</w:t>
            </w:r>
          </w:p>
        </w:tc>
        <w:tc>
          <w:tcPr>
            <w:tcW w:type="dxa" w:w="181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【编号】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【日期及渠道】</w:t>
            </w:r>
          </w:p>
        </w:tc>
        <w:tc>
          <w:tcPr>
            <w:tcW w:type="dxa" w:w="549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【后续核实和未解决事项】</w:t>
            </w:r>
          </w:p>
        </w:tc>
        <w:tc>
          <w:tcPr>
            <w:tcW w:type="dxa" w:w="181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line="288" w:lineRule="auto"/>
            </w:pPr>
            <w:r>
              <w:rPr>
                <w:b w:val="0"/>
                <w:sz w:val="20"/>
              </w:rPr>
              <w:t>【编号】</w:t>
            </w:r>
          </w:p>
        </w:tc>
      </w:tr>
    </w:tbl>
    <w:p>
      <w:pPr>
        <w:widowControl/>
        <w:spacing w:after="40"/>
      </w:pPr>
      <w:r>
        <w:rPr>
          <w:b w:val="0"/>
        </w:rPr>
      </w:r>
    </w:p>
    <w:p>
      <w:pPr>
        <w:widowControl/>
        <w:spacing w:after="120"/>
      </w:pPr>
      <w:r>
        <w:rPr>
          <w:b w:val="0"/>
        </w:rPr>
        <w:t>尚未向金融机构反映的，说明实际情况：【情况；已反映则删除此句】。</w:t>
      </w:r>
    </w:p>
    <w:p>
      <w:pPr>
        <w:pStyle w:val="Heading2"/>
      </w:pPr>
      <w:r>
        <w:t>仍存在的具体争议</w:t>
      </w:r>
    </w:p>
    <w:p>
      <w:pPr>
        <w:widowControl/>
        <w:spacing w:after="120"/>
      </w:pPr>
      <w:r>
        <w:rPr>
          <w:b w:val="0"/>
        </w:rPr>
        <w:t>争议一：【机构回复的具体内容、本人不同意见及支持材料】。</w:t>
      </w:r>
    </w:p>
    <w:p>
      <w:pPr>
        <w:widowControl/>
        <w:spacing w:after="120"/>
      </w:pPr>
      <w:r>
        <w:rPr>
          <w:b w:val="0"/>
        </w:rPr>
        <w:t>争议二：【其他有证据或线索支持的事项；没有则删除】。</w:t>
      </w:r>
    </w:p>
    <w:p>
      <w:pPr>
        <w:widowControl/>
        <w:spacing w:after="40"/>
      </w:pPr>
      <w:r>
        <w:rPr>
          <w:b/>
        </w:rPr>
        <w:t>请求重点核对的业务记录或投诉处理记录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其他程序与附件</w:t>
      </w:r>
    </w:p>
    <w:p>
      <w:pPr>
        <w:widowControl/>
        <w:spacing w:after="120"/>
      </w:pPr>
      <w:r>
        <w:rPr>
          <w:b w:val="0"/>
        </w:rPr>
        <w:t>同一或关联事项已向【人民银行／其他监管机关／法院／仲裁机构等】提出，编号及状态为【情况；没有填无】。相关文书列为【证据编号】。</w:t>
      </w:r>
    </w:p>
    <w:p>
      <w:pPr>
        <w:widowControl/>
        <w:spacing w:after="120"/>
      </w:pPr>
      <w:r>
        <w:rPr>
          <w:b w:val="0"/>
        </w:rPr>
        <w:t>附件：1. 投诉人身份证明；2. 本投诉书；3. 证据目录及证据；4. 机构投诉及回复凭证；5. 授权委托书及代理人身份证明（如适用）。</w:t>
      </w:r>
    </w:p>
    <w:p>
      <w:pPr>
        <w:widowControl/>
        <w:spacing w:after="120"/>
      </w:pPr>
      <w:r>
        <w:rPr>
          <w:b w:val="0"/>
        </w:rPr>
        <w:t>本人确认所述情况及提供材料真实，投诉系本人真实意思表示。本人知悉，具体受理、转送和处理方式以有权机关现行规则为准。</w:t>
      </w:r>
    </w:p>
    <w:p>
      <w:pPr>
        <w:widowControl/>
        <w:spacing w:after="120"/>
      </w:pPr>
      <w:r>
        <w:rPr>
          <w:b w:val="0"/>
        </w:rPr>
        <w:t>回复联系方式：【电话】；通讯地址及邮编：【内容】。</w:t>
      </w:r>
    </w:p>
    <w:p>
      <w:pPr>
        <w:widowControl/>
        <w:spacing w:after="100"/>
      </w:pPr>
      <w:r>
        <w:rPr>
          <w:b w:val="0"/>
        </w:rPr>
        <w:t>投诉人签字：________________　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金融监管局金融消费投诉书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