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金融消费投诉授权委托书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致：【金融机构／金融监管局或监管分局全称】</w:t>
      </w:r>
    </w:p>
    <w:p>
      <w:pPr>
        <w:widowControl/>
        <w:spacing w:after="120"/>
      </w:pPr>
      <w:r>
        <w:rPr>
          <w:b w:val="0"/>
        </w:rPr>
        <w:t>委托人：【姓名】；证件类型及号码：【内容】；电话：【号码】。</w:t>
      </w:r>
    </w:p>
    <w:p>
      <w:pPr>
        <w:widowControl/>
        <w:spacing w:after="120"/>
      </w:pPr>
      <w:r>
        <w:rPr>
          <w:b w:val="0"/>
        </w:rPr>
        <w:t>受托人：【姓名或名称】；身份证明类型及号码：【内容】；电话：【号码】。</w:t>
      </w:r>
    </w:p>
    <w:p>
      <w:pPr>
        <w:widowControl/>
        <w:spacing w:after="120"/>
      </w:pPr>
      <w:r>
        <w:rPr>
          <w:b w:val="0"/>
        </w:rPr>
        <w:t>双方通讯地址：【分别填写】。</w:t>
      </w:r>
    </w:p>
    <w:p>
      <w:pPr>
        <w:pStyle w:val="Heading2"/>
      </w:pPr>
      <w:r>
        <w:t>委托事项</w:t>
      </w:r>
    </w:p>
    <w:p>
      <w:pPr>
        <w:widowControl/>
        <w:spacing w:after="120"/>
      </w:pPr>
      <w:r>
        <w:rPr>
          <w:b w:val="0"/>
        </w:rPr>
        <w:t>本人就【被投诉机构、产品或业务、合同标识及具体争议】委托上述受托人协助办理本次投诉。委托原因（如受理渠道要求）：【真实情况】。</w:t>
      </w:r>
    </w:p>
    <w:p>
      <w:pPr>
        <w:widowControl/>
        <w:spacing w:after="120"/>
      </w:pPr>
      <w:r>
        <w:rPr>
          <w:b w:val="0"/>
        </w:rPr>
        <w:t>授权期限：【起始日期】至【终止日期或明确事件】。</w:t>
      </w:r>
    </w:p>
    <w:p>
      <w:pPr>
        <w:pStyle w:val="Heading2"/>
      </w:pPr>
      <w:r>
        <w:t>具体授权</w:t>
      </w:r>
    </w:p>
    <w:p>
      <w:pPr>
        <w:widowControl/>
        <w:spacing w:after="120"/>
      </w:pPr>
      <w:r>
        <w:rPr>
          <w:b w:val="0"/>
        </w:rPr>
        <w:t>□ 递交经本人核实并签名的投诉材料。</w:t>
      </w:r>
    </w:p>
    <w:p>
      <w:pPr>
        <w:widowControl/>
        <w:spacing w:after="120"/>
      </w:pPr>
      <w:r>
        <w:rPr>
          <w:b w:val="0"/>
        </w:rPr>
        <w:t>□ 递交经本人确认的补正或补充材料。</w:t>
      </w:r>
    </w:p>
    <w:p>
      <w:pPr>
        <w:widowControl/>
        <w:spacing w:after="120"/>
      </w:pPr>
      <w:r>
        <w:rPr>
          <w:b w:val="0"/>
        </w:rPr>
        <w:t>□ 联系办理单位、查询进度并接收本次投诉相关通知。</w:t>
      </w:r>
    </w:p>
    <w:p>
      <w:pPr>
        <w:widowControl/>
        <w:spacing w:after="120"/>
      </w:pPr>
      <w:r>
        <w:rPr>
          <w:b w:val="0"/>
        </w:rPr>
        <w:t>□ 接收本次投诉的处理回复。</w:t>
      </w:r>
    </w:p>
    <w:p>
      <w:pPr>
        <w:widowControl/>
        <w:spacing w:after="120"/>
      </w:pPr>
      <w:r>
        <w:rPr>
          <w:b w:val="0"/>
        </w:rPr>
        <w:t>其他授权：【无则填无；如涉及调解、和解、变更请求或撤回投诉，应另列具体范围和条件】。</w:t>
      </w:r>
    </w:p>
    <w:p>
      <w:pPr>
        <w:widowControl/>
        <w:spacing w:after="120"/>
      </w:pPr>
      <w:r>
        <w:rPr>
          <w:b w:val="0"/>
        </w:rPr>
        <w:t>本委托不含代收退款或赔偿款、借贷、办理银行卡、操作金融账户或获取账户密码与验证码的权限。确需其他事项，应另行核实并依法授权。</w:t>
      </w:r>
    </w:p>
    <w:p>
      <w:pPr>
        <w:widowControl/>
        <w:spacing w:after="120"/>
      </w:pPr>
      <w:r>
        <w:rPr>
          <w:b w:val="0"/>
        </w:rPr>
        <w:t>受托人应说明代理身份，在授权范围内处理事项；未经本人另行明确同意，不得转委托。</w:t>
      </w:r>
    </w:p>
    <w:p>
      <w:pPr>
        <w:pStyle w:val="Heading2"/>
      </w:pPr>
      <w:r>
        <w:t>签署</w:t>
      </w:r>
    </w:p>
    <w:p>
      <w:pPr>
        <w:widowControl/>
        <w:spacing w:after="120"/>
      </w:pPr>
      <w:r>
        <w:rPr>
          <w:b w:val="0"/>
        </w:rPr>
        <w:t>本人确认投诉和委托内容系本人真实意思表示。</w:t>
      </w:r>
    </w:p>
    <w:p>
      <w:pPr>
        <w:widowControl/>
        <w:spacing w:after="100"/>
      </w:pPr>
      <w:r>
        <w:rPr>
          <w:b w:val="0"/>
        </w:rPr>
        <w:t>委托人签字：________________　　日期：______年____月____日</w:t>
      </w:r>
    </w:p>
    <w:p>
      <w:pPr>
        <w:widowControl/>
        <w:spacing w:after="120"/>
      </w:pPr>
      <w:r>
        <w:rPr>
          <w:b w:val="0"/>
        </w:rPr>
        <w:t>受托人签字或公章：________________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金融消费投诉授权委托书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