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材料补正及补充说明书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致：【原受理单位全称】</w:t>
      </w:r>
    </w:p>
    <w:p>
      <w:pPr>
        <w:widowControl/>
        <w:spacing w:after="120"/>
      </w:pPr>
      <w:r>
        <w:rPr>
          <w:b w:val="0"/>
        </w:rPr>
        <w:t>申请人或投诉人：【姓名】；联系电话：【号码】。</w:t>
      </w:r>
    </w:p>
    <w:p>
      <w:pPr>
        <w:widowControl/>
        <w:spacing w:after="120"/>
      </w:pPr>
      <w:r>
        <w:rPr>
          <w:b w:val="0"/>
        </w:rPr>
        <w:t>原事项名称、提交日期及编号：【内容】。</w:t>
      </w:r>
    </w:p>
    <w:p>
      <w:pPr>
        <w:pStyle w:val="Heading2"/>
      </w:pPr>
      <w:r>
        <w:t>提交原因</w:t>
      </w:r>
    </w:p>
    <w:p>
      <w:pPr>
        <w:widowControl/>
        <w:spacing w:after="120"/>
      </w:pPr>
      <w:r>
        <w:rPr>
          <w:b w:val="0"/>
        </w:rPr>
        <w:t>□ 根据贵单位【日期、文号或通知内容】要求补正材料。</w:t>
      </w:r>
    </w:p>
    <w:p>
      <w:pPr>
        <w:widowControl/>
        <w:spacing w:after="120"/>
      </w:pPr>
      <w:r>
        <w:rPr>
          <w:b w:val="0"/>
        </w:rPr>
        <w:t>□ 就原事项补充新事实、证据或线索：【概述】。</w:t>
      </w:r>
    </w:p>
    <w:p>
      <w:pPr>
        <w:pStyle w:val="Heading2"/>
      </w:pPr>
      <w:r>
        <w:t>逐项补正或补充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35"/>
        <w:gridCol w:w="5216"/>
        <w:gridCol w:w="1361"/>
      </w:tblGrid>
      <w:tr>
        <w:trPr>
          <w:tblHeader/>
          <w:cantSplit/>
        </w:trPr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原要求或待说明问题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本次说明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附件编号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【通知中的第1项要求】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【补齐的资料及说明】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【E编号】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【通知中的第2项要求】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【补齐的资料及说明】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【E编号】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【新事实或线索】</w:t>
            </w:r>
          </w:p>
        </w:tc>
        <w:tc>
          <w:tcPr>
            <w:tcW w:type="dxa" w:w="521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【发现时间、具体内容及相关性】</w:t>
            </w:r>
          </w:p>
        </w:tc>
        <w:tc>
          <w:tcPr>
            <w:tcW w:type="dxa" w:w="136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【E编号】</w:t>
            </w:r>
          </w:p>
        </w:tc>
      </w:tr>
    </w:tbl>
    <w:p>
      <w:pPr>
        <w:widowControl/>
        <w:spacing w:after="40"/>
      </w:pPr>
      <w:r>
        <w:rPr>
          <w:b w:val="0"/>
        </w:rPr>
      </w:r>
    </w:p>
    <w:p>
      <w:pPr>
        <w:pStyle w:val="Heading2"/>
      </w:pPr>
      <w:r>
        <w:t>与原材料的关系</w:t>
      </w:r>
    </w:p>
    <w:p>
      <w:pPr>
        <w:widowControl/>
        <w:spacing w:after="120"/>
      </w:pPr>
      <w:r>
        <w:rPr>
          <w:b w:val="0"/>
        </w:rPr>
        <w:t>本次材料：【仅作补充／更正原材料第几处表述／新增具体事项，选实际情况】。</w:t>
      </w:r>
    </w:p>
    <w:p>
      <w:pPr>
        <w:widowControl/>
        <w:spacing w:after="120"/>
      </w:pPr>
      <w:r>
        <w:rPr>
          <w:b w:val="0"/>
        </w:rPr>
        <w:t>如需更正原陈述，原表述为【内容】，更正为【内容】，原因及依据为【内容】。</w:t>
      </w:r>
    </w:p>
    <w:p>
      <w:pPr>
        <w:widowControl/>
        <w:spacing w:after="120"/>
      </w:pPr>
      <w:r>
        <w:rPr>
          <w:b w:val="0"/>
        </w:rPr>
        <w:t>投诉事项或请求是否变化：【未变化／已变化并明确列出】。如受理单位要求更新申请单，本人将一并提交与本说明一致的申请单。</w:t>
      </w:r>
    </w:p>
    <w:p>
      <w:pPr>
        <w:pStyle w:val="Heading2"/>
      </w:pPr>
      <w:r>
        <w:t>附件与请求</w:t>
      </w:r>
    </w:p>
    <w:p>
      <w:pPr>
        <w:widowControl/>
        <w:spacing w:after="120"/>
      </w:pPr>
      <w:r>
        <w:rPr>
          <w:b w:val="0"/>
        </w:rPr>
        <w:t>附件：【名称、份数及页数】。请将本材料与原事项一并核对，需进一步补充时请通过上述联系方式告知。</w:t>
      </w:r>
    </w:p>
    <w:p>
      <w:pPr>
        <w:widowControl/>
        <w:spacing w:after="120"/>
      </w:pPr>
      <w:r>
        <w:rPr>
          <w:b w:val="0"/>
        </w:rPr>
        <w:t>本人确认本次说明及提交材料真实，已说明新增或更正部分。</w:t>
      </w:r>
    </w:p>
    <w:p>
      <w:pPr>
        <w:widowControl/>
        <w:spacing w:after="100"/>
      </w:pPr>
      <w:r>
        <w:rPr>
          <w:b w:val="0"/>
        </w:rPr>
        <w:t>申请人或投诉人签字：________________　　日期：______年____月____日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材料补正及补充说明书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