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投诉撤回申请书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致：【原受理单位全称】</w:t>
      </w:r>
    </w:p>
    <w:p>
      <w:pPr>
        <w:widowControl/>
        <w:spacing w:after="120"/>
      </w:pPr>
      <w:r>
        <w:rPr>
          <w:b w:val="0"/>
        </w:rPr>
        <w:t>投诉人：【姓名】；身份证明信息：【内容】；联系电话：【号码】。</w:t>
      </w:r>
    </w:p>
    <w:p>
      <w:pPr>
        <w:widowControl/>
        <w:spacing w:after="120"/>
      </w:pPr>
      <w:r>
        <w:rPr>
          <w:b w:val="0"/>
        </w:rPr>
        <w:t>被投诉人：【名称】；原投诉日期及编号：【内容】。</w:t>
      </w:r>
    </w:p>
    <w:p>
      <w:pPr>
        <w:pStyle w:val="Heading2"/>
      </w:pPr>
      <w:r>
        <w:t>撤回范围</w:t>
      </w:r>
    </w:p>
    <w:p>
      <w:pPr>
        <w:widowControl/>
        <w:spacing w:after="120"/>
      </w:pPr>
      <w:r>
        <w:rPr>
          <w:b w:val="0"/>
        </w:rPr>
        <w:t>□ 撤回本次全部投诉。</w:t>
      </w:r>
    </w:p>
    <w:p>
      <w:pPr>
        <w:widowControl/>
        <w:spacing w:after="120"/>
      </w:pPr>
      <w:r>
        <w:rPr>
          <w:b w:val="0"/>
        </w:rPr>
        <w:t>□ 申请撤回本次投诉中的部分事项：【逐项列明】；其他事项：【逐项列明】。部分撤回的处理方式以受理单位规则为准。</w:t>
      </w:r>
    </w:p>
    <w:p>
      <w:pPr>
        <w:pStyle w:val="Heading2"/>
      </w:pPr>
      <w:r>
        <w:t>撤回原因</w:t>
      </w:r>
    </w:p>
    <w:p>
      <w:pPr>
        <w:widowControl/>
        <w:spacing w:after="40"/>
      </w:pPr>
      <w:r>
        <w:rPr>
          <w:b/>
        </w:rPr>
        <w:t>请客观说明处理进展及撤回原因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本人确认</w:t>
      </w:r>
    </w:p>
    <w:p>
      <w:pPr>
        <w:widowControl/>
        <w:spacing w:after="120"/>
      </w:pPr>
      <w:r>
        <w:rPr>
          <w:b w:val="0"/>
        </w:rPr>
        <w:t>本人已阅读本申请，确认上述撤回为本人真实、自愿的意思表示，并知悉受理单位将依适用规则处理相应程序。</w:t>
      </w:r>
    </w:p>
    <w:p>
      <w:pPr>
        <w:widowControl/>
        <w:spacing w:after="120"/>
      </w:pPr>
      <w:r>
        <w:rPr>
          <w:b w:val="0"/>
        </w:rPr>
        <w:t>本申请仅表达所列投诉程序的撤回意思；如另有和解协议、收款确认或实体权利处置，以本人另行审阅并签署的具体文件为准。</w:t>
      </w:r>
    </w:p>
    <w:p>
      <w:pPr>
        <w:widowControl/>
        <w:spacing w:after="120"/>
      </w:pPr>
      <w:r>
        <w:rPr>
          <w:b w:val="0"/>
        </w:rPr>
        <w:t>此前如有授权代理人，本次由【本人签署／具有明确撤回权限的代理人办理】，相关授权材料为【名称；本人办理填不适用】。</w:t>
      </w:r>
    </w:p>
    <w:p>
      <w:pPr>
        <w:pStyle w:val="Heading2"/>
      </w:pPr>
      <w:r>
        <w:t>附件</w:t>
      </w:r>
    </w:p>
    <w:p>
      <w:pPr>
        <w:widowControl/>
        <w:spacing w:after="120"/>
      </w:pPr>
      <w:r>
        <w:rPr>
          <w:b w:val="0"/>
        </w:rPr>
        <w:t>【原投诉接收或受理凭证、必要身份证明、明确撤回权限的授权书等】。</w:t>
      </w:r>
    </w:p>
    <w:p>
      <w:pPr>
        <w:widowControl/>
        <w:spacing w:after="100"/>
      </w:pPr>
      <w:r>
        <w:rPr>
          <w:b w:val="0"/>
        </w:rPr>
        <w:t>投诉人签字：________________　　日期：______年____月____日</w:t>
      </w:r>
    </w:p>
    <w:p>
      <w:pPr>
        <w:widowControl/>
        <w:spacing w:after="120"/>
      </w:pPr>
      <w:r>
        <w:rPr>
          <w:b w:val="0"/>
        </w:rPr>
        <w:t>代理人签字：【如适用】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投诉撤回申请书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