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个人信息处理告知书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处理者名称：【经营主体全称】；联系方式：【电话或邮箱】。</w:t>
      </w:r>
    </w:p>
    <w:p>
      <w:pPr>
        <w:widowControl/>
        <w:spacing w:after="120"/>
      </w:pPr>
      <w:r>
        <w:rPr>
          <w:b w:val="0"/>
        </w:rPr>
        <w:t>具体咨询事项：【当事人、所涉机构及争议事项的必要标识】。</w:t>
      </w:r>
    </w:p>
    <w:p>
      <w:pPr>
        <w:pStyle w:val="Heading2"/>
      </w:pPr>
      <w:r>
        <w:t>处理目的与必要性</w:t>
      </w:r>
    </w:p>
    <w:p>
      <w:pPr>
        <w:widowControl/>
        <w:spacing w:after="120"/>
      </w:pPr>
      <w:r>
        <w:rPr>
          <w:b w:val="0"/>
        </w:rPr>
        <w:t>为就上述具体事项提供【报告疑点分析／材料整理／申请流程咨询等已约定服务】，需要核对与争议直接相关的身份及业务资料。仅在该目的和充分必要范围内处理下列信息。</w:t>
      </w:r>
    </w:p>
    <w:p>
      <w:pPr>
        <w:pStyle w:val="Heading2"/>
      </w:pPr>
      <w:r>
        <w:t>信息种类与处理方式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81"/>
        <w:gridCol w:w="3515"/>
        <w:gridCol w:w="3515"/>
      </w:tblGrid>
      <w:tr>
        <w:trPr>
          <w:tblHeader/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信息种类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本次确需的范围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使用方式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姓名和联系方式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【具体字段】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【联系和身份匹配方式】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身份及账户相关敏感信息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【必要字段；初筛不收完整证件或完整账号】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【核实具体事项的方式】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信用报告及业务材料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【报告相关页、争议月份、合同或凭证范围】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【查阅 整理及形成咨询意见】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其他确需信息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【无则填写无】</w:t>
            </w:r>
          </w:p>
        </w:tc>
        <w:tc>
          <w:tcPr>
            <w:tcW w:type="dxa" w:w="351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【用途及必要性】</w:t>
            </w:r>
          </w:p>
        </w:tc>
      </w:tr>
    </w:tbl>
    <w:p>
      <w:pPr>
        <w:widowControl/>
        <w:spacing w:after="40"/>
      </w:pPr>
      <w:r>
        <w:rPr>
          <w:b w:val="0"/>
        </w:rPr>
      </w:r>
    </w:p>
    <w:p>
      <w:pPr>
        <w:pStyle w:val="Heading2"/>
      </w:pPr>
      <w:r>
        <w:t>保存与保护</w:t>
      </w:r>
    </w:p>
    <w:p>
      <w:pPr>
        <w:widowControl/>
        <w:spacing w:after="120"/>
      </w:pPr>
      <w:r>
        <w:rPr>
          <w:b w:val="0"/>
        </w:rPr>
        <w:t>保存地点及方式：【具体方式及访问限制】；可接触人员范围：【岗位或人员】。</w:t>
      </w:r>
    </w:p>
    <w:p>
      <w:pPr>
        <w:widowControl/>
        <w:spacing w:after="120"/>
      </w:pPr>
      <w:r>
        <w:rPr>
          <w:b w:val="0"/>
        </w:rPr>
        <w:t>保存期限：【满足服务目的所必需的明确期限或判断标准】。期限届满或处理目的实现后，按适用法律和告知规则删除或匿名化；法律要求保留的，仅在必要期限内保存。</w:t>
      </w:r>
    </w:p>
    <w:p>
      <w:pPr>
        <w:widowControl/>
        <w:spacing w:after="120"/>
      </w:pPr>
      <w:r>
        <w:rPr>
          <w:b w:val="0"/>
        </w:rPr>
        <w:t>采取的措施：【访问控制、传输及存储保护、复制限制、删除措施等已实际具备的措施】。</w:t>
      </w:r>
    </w:p>
    <w:p>
      <w:pPr>
        <w:pStyle w:val="Heading2"/>
      </w:pPr>
      <w:r>
        <w:t>个人权利与可能影响</w:t>
      </w:r>
    </w:p>
    <w:p>
      <w:pPr>
        <w:widowControl/>
        <w:spacing w:after="120"/>
      </w:pPr>
      <w:r>
        <w:rPr>
          <w:b w:val="0"/>
        </w:rPr>
        <w:t>可通过【具体渠道】申请查阅、复制、更正、补充、删除相关资料或撤回同意。撤回不影响撤回前基于同意已开展处理活动的效力；拒绝提供非必要资料不影响其他服务。</w:t>
      </w:r>
    </w:p>
    <w:p>
      <w:pPr>
        <w:widowControl/>
        <w:spacing w:after="120"/>
      </w:pPr>
      <w:r>
        <w:rPr>
          <w:b w:val="0"/>
        </w:rPr>
        <w:t>如不提供本事项必需信息，可能无法完成【具体核实步骤】。相关敏感信息如泄露或被滥用，可能影响隐私、身份或财产安全。</w:t>
      </w:r>
    </w:p>
    <w:p>
      <w:pPr>
        <w:pStyle w:val="Title"/>
        <w:pageBreakBefore/>
      </w:pPr>
      <w:r>
        <w:t>个人信息处理单独同意书</w:t>
      </w:r>
    </w:p>
    <w:p>
      <w:pPr>
        <w:widowControl/>
        <w:spacing w:after="160"/>
      </w:pPr>
      <w:r>
        <w:rPr>
          <w:sz w:val="18"/>
        </w:rPr>
        <w:t>续页　请与前页一并使用</w:t>
      </w:r>
    </w:p>
    <w:p>
      <w:pPr>
        <w:widowControl/>
        <w:spacing w:after="120"/>
      </w:pPr>
      <w:r>
        <w:rPr>
          <w:b w:val="0"/>
        </w:rPr>
        <w:t>本人姓名：【姓名】；对应告知书日期及版本：【内容】。</w:t>
      </w:r>
    </w:p>
    <w:p>
      <w:pPr>
        <w:widowControl/>
        <w:spacing w:after="120"/>
      </w:pPr>
      <w:r>
        <w:rPr>
          <w:b w:val="0"/>
        </w:rPr>
        <w:t>本人已收到并阅读前页告知书，处理者已就相关处理目的、种类、方式、必要性、保存及权利行使方式作出说明。</w:t>
      </w:r>
    </w:p>
    <w:p>
      <w:pPr>
        <w:pStyle w:val="Heading2"/>
      </w:pPr>
      <w:r>
        <w:t>本次咨询所需信息处理</w:t>
      </w:r>
    </w:p>
    <w:p>
      <w:pPr>
        <w:widowControl/>
        <w:spacing w:after="120"/>
      </w:pPr>
      <w:r>
        <w:rPr>
          <w:b w:val="0"/>
        </w:rPr>
        <w:t>□ 同意处理告知书列明的本次咨询所需一般个人信息。</w:t>
      </w:r>
    </w:p>
    <w:p>
      <w:pPr>
        <w:widowControl/>
        <w:spacing w:after="120"/>
      </w:pPr>
      <w:r>
        <w:rPr>
          <w:b w:val="0"/>
        </w:rPr>
        <w:t>□ 不同意；需进一步说明的事项：【内容】。</w:t>
      </w:r>
    </w:p>
    <w:p>
      <w:pPr>
        <w:pStyle w:val="Heading2"/>
      </w:pPr>
      <w:r>
        <w:t>敏感个人信息单独同意</w:t>
      </w:r>
    </w:p>
    <w:p>
      <w:pPr>
        <w:widowControl/>
        <w:spacing w:after="120"/>
      </w:pPr>
      <w:r>
        <w:rPr>
          <w:b w:val="0"/>
        </w:rPr>
        <w:t>本次需处理的敏感信息具体为：【逐项列明必要的身份、金融账户及报告有关信息】；目的与必要性为：【具体说明】。</w:t>
      </w:r>
    </w:p>
    <w:p>
      <w:pPr>
        <w:widowControl/>
        <w:spacing w:after="120"/>
      </w:pPr>
      <w:r>
        <w:rPr>
          <w:b w:val="0"/>
        </w:rPr>
        <w:t>□ 本人单独同意上述敏感个人信息处理。</w:t>
      </w:r>
    </w:p>
    <w:p>
      <w:pPr>
        <w:widowControl/>
        <w:spacing w:after="120"/>
      </w:pPr>
      <w:r>
        <w:rPr>
          <w:b w:val="0"/>
        </w:rPr>
        <w:t>□ 本人不同意上述敏感个人信息处理。</w:t>
      </w:r>
    </w:p>
    <w:p>
      <w:pPr>
        <w:widowControl/>
        <w:spacing w:after="100"/>
      </w:pPr>
      <w:r>
        <w:rPr>
          <w:b w:val="0"/>
        </w:rPr>
        <w:t>本人签字：________________　　日期：______年____月____日</w:t>
      </w:r>
    </w:p>
    <w:p>
      <w:pPr>
        <w:pStyle w:val="Heading2"/>
      </w:pPr>
      <w:r>
        <w:t>向其他处理者提供信息的单独选择</w:t>
      </w:r>
    </w:p>
    <w:p>
      <w:pPr>
        <w:widowControl/>
        <w:spacing w:after="120"/>
      </w:pPr>
      <w:r>
        <w:rPr>
          <w:b w:val="0"/>
        </w:rPr>
        <w:t>本次是否涉及向其他个人信息处理者提供：□ 不涉及　□ 涉及。</w:t>
      </w:r>
    </w:p>
    <w:p>
      <w:pPr>
        <w:widowControl/>
        <w:spacing w:after="120"/>
      </w:pPr>
      <w:r>
        <w:rPr>
          <w:b w:val="0"/>
        </w:rPr>
        <w:t>涉及时，接收方名称及联系方式：【具体内容】；提供的信息种类：【内容】；接收方处理目的和方式：【内容】；提供的必要性：【内容】。</w:t>
      </w:r>
    </w:p>
    <w:p>
      <w:pPr>
        <w:widowControl/>
        <w:spacing w:after="120"/>
      </w:pPr>
      <w:r>
        <w:rPr>
          <w:b w:val="0"/>
        </w:rPr>
        <w:t>□ 本人单独同意向上述明确接收方提供上述信息。</w:t>
      </w:r>
    </w:p>
    <w:p>
      <w:pPr>
        <w:widowControl/>
        <w:spacing w:after="120"/>
      </w:pPr>
      <w:r>
        <w:rPr>
          <w:b w:val="0"/>
        </w:rPr>
        <w:t>□ 本人不同意上述提供行为。</w:t>
      </w:r>
    </w:p>
    <w:p>
      <w:pPr>
        <w:widowControl/>
        <w:spacing w:after="100"/>
      </w:pPr>
      <w:r>
        <w:rPr>
          <w:b w:val="0"/>
        </w:rPr>
        <w:t>本人签字：________________　　日期：______年____月____日</w:t>
      </w:r>
    </w:p>
    <w:p>
      <w:pPr>
        <w:widowControl/>
        <w:spacing w:after="120"/>
      </w:pPr>
      <w:r>
        <w:rPr>
          <w:b w:val="0"/>
        </w:rPr>
        <w:t>本表不包含公开宣传案例、出售资料、无关营销、提供密码或验证码、操作本人金融账户以及跨境提供信息的授权。代交异议或投诉材料所需的程序代理授权，应另行签署对应委托书。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个人信息处理告知及单独同意书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